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- מדריך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פירמידת הקריאה ואת שלבי העבודה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סדר קבוצות התנועות ואת קריטריוני ההתקדמות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דרכי התיעוד וההתאמה לעולים ולחנ״מ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שגדל שורה אחר שורה ומוסיף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קוראים לאט, אצבע מתחת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יותר משתי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לאט ובזהירות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שלוש קריאות קצרות ביום עדיפות על קריאה אחת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בנויה פירמידת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בהנחיות 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מתחילים בקמץ ופתח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נבדקת ההבנה מעבר לחזרה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קמץ ופתח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קריאת מקהלה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הקראה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קבוצת תנועה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השורה לאט, אצבע מתחת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שהקריאה מדויקת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עוברים לקריאה חוזרת ומודדים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מחמיאים על הדיוק ועל המאמץ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רושמים ביומן השטף וצובעים 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שורה קצרה, מתאימה לתנועת חיריק, ממשיכה את ההיגיון של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שקריאה מדויקת מונעת טעויות קבועות ובונה ביטחון לפני שמודדים 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שגדל שורה אחר 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שהקריאה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- תרגום לאנגלית, לחנ״מ - פירמידה קצרה של 3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חלק ההתאמה בעזרת כרטיסיות תנועות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קריאת מקהלה בכיתה לפני המילוי העצמי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 לב לפריטי skip_n - מתאימים לוותר עליהם בגרסה לחנ״מ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- מדריך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העקרונות של פירמידת הקריאה: איך בונים אותה, איך בוחרים את הרמה המתאימה, ואיך מתעדים את ההתקדמות ביומן שטף.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פירמידת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שגדל שורה אחר שורה ומוסיף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ללא חזרות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שמתקצר בכל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בקריאה הראשונה של שורה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לאט, אצבע מתחת למילה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מדלגים על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בעל פה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טעויות בשורה אחת מצדיקות חזרה לפירמידה קלה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יותר משתי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לחזור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פירמידות רצופות צריך לקרוא בדיוק ובשטף כדי לעבור לקבוצת תנועות הבאה?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מסמן כוכב אחד (⭐) ביומן השטף?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מדויק ושוטף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כמעט בלי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לאט ובזהירות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קרא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אחת ארוכה ביום עדיפה על שלוש קריאות חוזרות קצרות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שורה בפירמידה מצטרפות מילים חדשות לשורה הקודמת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לפירמידות בחנ״מ יש שלוש שורות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לימוד קבוצות התנועות מתחיל בשורוק וקובוץ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כל פירמידה יש משפט חדש הבודק העברה למילים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בקריאה הראשונה קוראים __________ עם אצבע מתחת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קבוצת התנועות הראשונה בסדר הלימוד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ביומן השטף רושמים תאריך, מספר פירמידה, __________ ומספר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במשחק __________ כל הכיתה קוראת יחד ובכל שורה מצטרפת קבוצה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לתלמידים עולים מומלץ להקשיב קודם ל__________ ואז לקרוא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קבוצת תנועה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קמץ ופתח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צירה וסגול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שורוק וקובוץ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העבודה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ביומן השטף וצובעים כוכבים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השורה לאט, אצבע מתחת למילה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מחמיאים על הדיוק ועל המאמץ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שהקריאה מדויקת לגמרי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לקריאה חוזרת ומודדים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הצעה לשורה חדשה שאפשר להוסיף למשחק ״בונים פירמידה״, המתאימה לקבוצת התנועות חיריק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להקפיד על דיוק לפני מהירות בקריאת פירמידות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פירמידת קריאה במילה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בודקים לפני שעוברים לקריאה חוזרת עם טיימר?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פירמידה לעולים לפירמידה לחנ״מ?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פירמידות קריאה - מדריך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